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2B04" w14:textId="77777777" w:rsidR="0010582B" w:rsidRDefault="0044294B">
      <w:pPr>
        <w:spacing w:after="80" w:line="240" w:lineRule="auto"/>
        <w:jc w:val="center"/>
      </w:pPr>
      <w:r>
        <w:rPr>
          <w:noProof/>
        </w:rPr>
        <w:drawing>
          <wp:inline distT="0" distB="0" distL="0" distR="0" wp14:anchorId="27209C0F" wp14:editId="30EACBC9">
            <wp:extent cx="3524400" cy="119520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zlak_NDK_w_Polsce.jpg"/>
                    <pic:cNvPicPr/>
                  </pic:nvPicPr>
                  <pic:blipFill>
                    <a:blip r:embed="rId6"/>
                    <a:stretch>
                      <a:fillRect/>
                    </a:stretch>
                  </pic:blipFill>
                  <pic:spPr>
                    <a:xfrm>
                      <a:off x="0" y="0"/>
                      <a:ext cx="3524400" cy="1195200"/>
                    </a:xfrm>
                    <a:prstGeom prst="rect">
                      <a:avLst/>
                    </a:prstGeom>
                  </pic:spPr>
                </pic:pic>
              </a:graphicData>
            </a:graphic>
          </wp:inline>
        </w:drawing>
      </w:r>
    </w:p>
    <w:p w14:paraId="73A7FFDA" w14:textId="77777777" w:rsidR="00EB2FB9" w:rsidRDefault="00EB2FB9">
      <w:pPr>
        <w:spacing w:after="40" w:line="240" w:lineRule="auto"/>
        <w:jc w:val="center"/>
        <w:rPr>
          <w:rFonts w:ascii="Calibri" w:hAnsi="Calibri"/>
          <w:b/>
          <w:color w:val="176FAE"/>
          <w:sz w:val="23"/>
          <w:lang w:val="pl-PL"/>
        </w:rPr>
      </w:pPr>
    </w:p>
    <w:p w14:paraId="59E01750" w14:textId="1AF7306F" w:rsidR="0010582B" w:rsidRPr="00B70DC7" w:rsidRDefault="0044294B">
      <w:pPr>
        <w:spacing w:after="40" w:line="240" w:lineRule="auto"/>
        <w:jc w:val="center"/>
        <w:rPr>
          <w:lang w:val="pl-PL"/>
        </w:rPr>
      </w:pPr>
      <w:r w:rsidRPr="00B70DC7">
        <w:rPr>
          <w:rFonts w:ascii="Calibri" w:hAnsi="Calibri"/>
          <w:b/>
          <w:color w:val="176FAE"/>
          <w:sz w:val="23"/>
          <w:lang w:val="pl-PL"/>
        </w:rPr>
        <w:t>KARTA ZGŁOSZENIA W SZKOLENIU</w:t>
      </w:r>
    </w:p>
    <w:p w14:paraId="594DD014" w14:textId="77777777" w:rsidR="00EB2FB9" w:rsidRDefault="00EB2FB9">
      <w:pPr>
        <w:spacing w:after="20" w:line="240" w:lineRule="auto"/>
        <w:jc w:val="center"/>
        <w:rPr>
          <w:rFonts w:ascii="Georgia" w:hAnsi="Georgia"/>
          <w:b/>
          <w:color w:val="2D2F3A"/>
          <w:sz w:val="33"/>
          <w:lang w:val="pl-PL"/>
        </w:rPr>
      </w:pPr>
    </w:p>
    <w:p w14:paraId="04EB3042" w14:textId="0F0F4EC7" w:rsidR="0010582B" w:rsidRPr="00B70DC7" w:rsidRDefault="0044294B">
      <w:pPr>
        <w:spacing w:after="20" w:line="240" w:lineRule="auto"/>
        <w:jc w:val="center"/>
        <w:rPr>
          <w:lang w:val="pl-PL"/>
        </w:rPr>
      </w:pPr>
      <w:r w:rsidRPr="00B70DC7">
        <w:rPr>
          <w:rFonts w:ascii="Georgia" w:hAnsi="Georgia"/>
          <w:b/>
          <w:color w:val="2D2F3A"/>
          <w:sz w:val="33"/>
          <w:lang w:val="pl-PL"/>
        </w:rPr>
        <w:t>NIEMATERIALNE DZIEDZICTWO KULTUROWE W ROZWOJU SAMORZĄDÓW</w:t>
      </w:r>
    </w:p>
    <w:p w14:paraId="4DA6FF6F" w14:textId="77777777" w:rsidR="0010582B" w:rsidRPr="00B70DC7" w:rsidRDefault="0044294B">
      <w:pPr>
        <w:spacing w:after="140" w:line="240" w:lineRule="auto"/>
        <w:jc w:val="center"/>
        <w:rPr>
          <w:lang w:val="pl-PL"/>
        </w:rPr>
      </w:pPr>
      <w:r w:rsidRPr="00B70DC7">
        <w:rPr>
          <w:rFonts w:ascii="Calibri" w:hAnsi="Calibri"/>
          <w:b/>
          <w:color w:val="176FAE"/>
          <w:sz w:val="24"/>
          <w:lang w:val="pl-PL"/>
        </w:rPr>
        <w:t>Rozwój · marka miejsca · decyzje</w:t>
      </w:r>
    </w:p>
    <w:p w14:paraId="4CFE383A" w14:textId="77777777" w:rsidR="00D12E05" w:rsidRDefault="00D12E05">
      <w:pPr>
        <w:spacing w:before="80" w:after="80" w:line="240" w:lineRule="auto"/>
        <w:rPr>
          <w:rFonts w:ascii="Calibri" w:hAnsi="Calibri"/>
          <w:b/>
          <w:color w:val="176FAE"/>
          <w:sz w:val="23"/>
          <w:lang w:val="pl-PL"/>
        </w:rPr>
      </w:pPr>
    </w:p>
    <w:p w14:paraId="1AA22CA7" w14:textId="1809DA09" w:rsidR="0010582B" w:rsidRPr="00B262DD" w:rsidRDefault="00B262DD">
      <w:pPr>
        <w:spacing w:before="80" w:after="80" w:line="240" w:lineRule="auto"/>
        <w:rPr>
          <w:bCs/>
          <w:lang w:val="pl-PL"/>
        </w:rPr>
      </w:pPr>
      <w:r w:rsidRPr="00B70DC7">
        <w:rPr>
          <w:rFonts w:ascii="Calibri" w:hAnsi="Calibri"/>
          <w:b/>
          <w:color w:val="176FAE"/>
          <w:sz w:val="23"/>
          <w:lang w:val="pl-PL"/>
        </w:rPr>
        <w:t>TERMIN</w:t>
      </w:r>
      <w:r w:rsidRPr="002C6FAE">
        <w:rPr>
          <w:rFonts w:ascii="Calibri" w:hAnsi="Calibri"/>
          <w:bCs/>
          <w:sz w:val="23"/>
          <w:lang w:val="pl-PL"/>
        </w:rPr>
        <w:t xml:space="preserve"> (</w:t>
      </w:r>
      <w:r w:rsidRPr="00B262DD">
        <w:rPr>
          <w:rFonts w:ascii="Calibri" w:hAnsi="Calibri"/>
          <w:bCs/>
          <w:color w:val="2D2F3A"/>
          <w:sz w:val="23"/>
          <w:lang w:val="pl-PL"/>
        </w:rPr>
        <w:t>proszę zaznaczyć wybrany termin)</w:t>
      </w:r>
    </w:p>
    <w:tbl>
      <w:tblPr>
        <w:tblW w:w="0" w:type="auto"/>
        <w:jc w:val="center"/>
        <w:tblLayout w:type="fixed"/>
        <w:tblLook w:val="04A0" w:firstRow="1" w:lastRow="0" w:firstColumn="1" w:lastColumn="0" w:noHBand="0" w:noVBand="1"/>
      </w:tblPr>
      <w:tblGrid>
        <w:gridCol w:w="4734"/>
        <w:gridCol w:w="4734"/>
      </w:tblGrid>
      <w:tr w:rsidR="0010582B" w14:paraId="7CF70BEA" w14:textId="77777777">
        <w:trPr>
          <w:cantSplit/>
          <w:jc w:val="center"/>
        </w:trPr>
        <w:tc>
          <w:tcPr>
            <w:tcW w:w="4734" w:type="dxa"/>
            <w:tcBorders>
              <w:top w:val="single" w:sz="8" w:space="0" w:color="D7E3F1"/>
              <w:left w:val="single" w:sz="8" w:space="0" w:color="D7E3F1"/>
              <w:bottom w:val="single" w:sz="8" w:space="0" w:color="D7E3F1"/>
              <w:right w:val="single" w:sz="8" w:space="0" w:color="D7E3F1"/>
            </w:tcBorders>
            <w:shd w:val="clear" w:color="auto" w:fill="EAF3FA"/>
          </w:tcPr>
          <w:p w14:paraId="5A97C8A6" w14:textId="77777777" w:rsidR="0010582B" w:rsidRDefault="0044294B">
            <w:pPr>
              <w:spacing w:before="100" w:after="100" w:line="240" w:lineRule="auto"/>
              <w:jc w:val="center"/>
            </w:pPr>
            <w:r>
              <w:rPr>
                <w:rFonts w:ascii="Calibri" w:hAnsi="Calibri"/>
                <w:b/>
                <w:color w:val="2D2F3A"/>
                <w:sz w:val="21"/>
              </w:rPr>
              <w:t xml:space="preserve">☐ 22–23 </w:t>
            </w:r>
            <w:proofErr w:type="spellStart"/>
            <w:r>
              <w:rPr>
                <w:rFonts w:ascii="Calibri" w:hAnsi="Calibri"/>
                <w:b/>
                <w:color w:val="2D2F3A"/>
                <w:sz w:val="21"/>
              </w:rPr>
              <w:t>października</w:t>
            </w:r>
            <w:proofErr w:type="spellEnd"/>
            <w:r>
              <w:rPr>
                <w:rFonts w:ascii="Calibri" w:hAnsi="Calibri"/>
                <w:b/>
                <w:color w:val="2D2F3A"/>
                <w:sz w:val="21"/>
              </w:rPr>
              <w:t xml:space="preserve"> 2026 r.</w:t>
            </w:r>
          </w:p>
        </w:tc>
        <w:tc>
          <w:tcPr>
            <w:tcW w:w="4734" w:type="dxa"/>
            <w:tcBorders>
              <w:top w:val="single" w:sz="8" w:space="0" w:color="D7E3F1"/>
              <w:left w:val="single" w:sz="8" w:space="0" w:color="D7E3F1"/>
              <w:bottom w:val="single" w:sz="8" w:space="0" w:color="D7E3F1"/>
              <w:right w:val="single" w:sz="8" w:space="0" w:color="D7E3F1"/>
            </w:tcBorders>
            <w:shd w:val="clear" w:color="auto" w:fill="EEF6E8"/>
          </w:tcPr>
          <w:p w14:paraId="0BF97B2C" w14:textId="77777777" w:rsidR="0010582B" w:rsidRDefault="0044294B">
            <w:pPr>
              <w:spacing w:before="100" w:after="100" w:line="240" w:lineRule="auto"/>
              <w:jc w:val="center"/>
            </w:pPr>
            <w:r>
              <w:rPr>
                <w:rFonts w:ascii="Calibri" w:hAnsi="Calibri"/>
                <w:b/>
                <w:color w:val="2D2F3A"/>
                <w:sz w:val="21"/>
              </w:rPr>
              <w:t>☐ 18–19 listopada 2026 r.</w:t>
            </w:r>
          </w:p>
        </w:tc>
      </w:tr>
    </w:tbl>
    <w:p w14:paraId="2C911468" w14:textId="77777777" w:rsidR="0010582B" w:rsidRDefault="0010582B">
      <w:pPr>
        <w:spacing w:after="20"/>
      </w:pPr>
    </w:p>
    <w:p w14:paraId="54C8B21F" w14:textId="0F9D464A" w:rsidR="0010582B" w:rsidRDefault="0044294B">
      <w:pPr>
        <w:spacing w:before="80" w:after="80" w:line="240" w:lineRule="auto"/>
      </w:pPr>
      <w:r>
        <w:rPr>
          <w:rFonts w:ascii="Calibri" w:hAnsi="Calibri"/>
          <w:b/>
          <w:color w:val="176FAE"/>
          <w:sz w:val="23"/>
        </w:rPr>
        <w:t xml:space="preserve">DANE  </w:t>
      </w:r>
    </w:p>
    <w:tbl>
      <w:tblPr>
        <w:tblW w:w="0" w:type="auto"/>
        <w:jc w:val="center"/>
        <w:tblLayout w:type="fixed"/>
        <w:tblLook w:val="04A0" w:firstRow="1" w:lastRow="0" w:firstColumn="1" w:lastColumn="0" w:noHBand="0" w:noVBand="1"/>
      </w:tblPr>
      <w:tblGrid>
        <w:gridCol w:w="2268"/>
        <w:gridCol w:w="7258"/>
      </w:tblGrid>
      <w:tr w:rsidR="0010582B" w14:paraId="0883B1A7"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32662F05" w14:textId="77777777" w:rsidR="0010582B" w:rsidRDefault="0044294B">
            <w:pPr>
              <w:spacing w:before="60" w:after="60" w:line="240" w:lineRule="auto"/>
            </w:pPr>
            <w:r>
              <w:rPr>
                <w:rFonts w:ascii="Calibri" w:hAnsi="Calibri"/>
                <w:b/>
                <w:color w:val="FFFFFF"/>
                <w:sz w:val="19"/>
              </w:rPr>
              <w:t>Nazwa</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1526B1E7" w14:textId="77777777" w:rsidR="0010582B" w:rsidRDefault="0044294B">
            <w:pPr>
              <w:spacing w:before="120" w:after="120" w:line="240" w:lineRule="auto"/>
            </w:pPr>
            <w:r>
              <w:rPr>
                <w:rFonts w:ascii="Calibri" w:hAnsi="Calibri"/>
                <w:color w:val="2D2F3A"/>
                <w:sz w:val="21"/>
              </w:rPr>
              <w:t xml:space="preserve"> </w:t>
            </w:r>
          </w:p>
        </w:tc>
      </w:tr>
      <w:tr w:rsidR="0010582B" w14:paraId="6D59BFAE"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3F431920" w14:textId="77777777" w:rsidR="0010582B" w:rsidRDefault="0044294B">
            <w:pPr>
              <w:spacing w:before="60" w:after="60" w:line="240" w:lineRule="auto"/>
            </w:pPr>
            <w:r>
              <w:rPr>
                <w:rFonts w:ascii="Calibri" w:hAnsi="Calibri"/>
                <w:b/>
                <w:color w:val="FFFFFF"/>
                <w:sz w:val="19"/>
              </w:rPr>
              <w:t>Adres</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0C27C914" w14:textId="77777777" w:rsidR="0010582B" w:rsidRDefault="0044294B">
            <w:pPr>
              <w:spacing w:before="120" w:after="120" w:line="240" w:lineRule="auto"/>
            </w:pPr>
            <w:r>
              <w:rPr>
                <w:rFonts w:ascii="Calibri" w:hAnsi="Calibri"/>
                <w:color w:val="2D2F3A"/>
                <w:sz w:val="21"/>
              </w:rPr>
              <w:t xml:space="preserve"> </w:t>
            </w:r>
          </w:p>
        </w:tc>
      </w:tr>
      <w:tr w:rsidR="0010582B" w14:paraId="47AD77CE"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271B77FD" w14:textId="77777777" w:rsidR="0010582B" w:rsidRDefault="0044294B">
            <w:pPr>
              <w:spacing w:before="60" w:after="60" w:line="240" w:lineRule="auto"/>
            </w:pPr>
            <w:r>
              <w:rPr>
                <w:rFonts w:ascii="Calibri" w:hAnsi="Calibri"/>
                <w:b/>
                <w:color w:val="FFFFFF"/>
                <w:sz w:val="19"/>
              </w:rPr>
              <w:t>Osoba do kontaktu</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63D6EF76" w14:textId="77777777" w:rsidR="0010582B" w:rsidRDefault="0044294B">
            <w:pPr>
              <w:spacing w:before="120" w:after="120" w:line="240" w:lineRule="auto"/>
            </w:pPr>
            <w:r>
              <w:rPr>
                <w:rFonts w:ascii="Calibri" w:hAnsi="Calibri"/>
                <w:color w:val="2D2F3A"/>
                <w:sz w:val="21"/>
              </w:rPr>
              <w:t xml:space="preserve"> </w:t>
            </w:r>
          </w:p>
        </w:tc>
      </w:tr>
      <w:tr w:rsidR="0010582B" w14:paraId="132DEA2D"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64D9EFED" w14:textId="77777777" w:rsidR="0010582B" w:rsidRDefault="0044294B">
            <w:pPr>
              <w:spacing w:before="60" w:after="60" w:line="240" w:lineRule="auto"/>
            </w:pPr>
            <w:r>
              <w:rPr>
                <w:rFonts w:ascii="Calibri" w:hAnsi="Calibri"/>
                <w:b/>
                <w:color w:val="FFFFFF"/>
                <w:sz w:val="19"/>
              </w:rPr>
              <w:t>Telefon</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17D64BFD" w14:textId="77777777" w:rsidR="0010582B" w:rsidRDefault="0044294B">
            <w:pPr>
              <w:spacing w:before="120" w:after="120" w:line="240" w:lineRule="auto"/>
            </w:pPr>
            <w:r>
              <w:rPr>
                <w:rFonts w:ascii="Calibri" w:hAnsi="Calibri"/>
                <w:color w:val="2D2F3A"/>
                <w:sz w:val="21"/>
              </w:rPr>
              <w:t xml:space="preserve"> </w:t>
            </w:r>
          </w:p>
        </w:tc>
      </w:tr>
      <w:tr w:rsidR="0010582B" w14:paraId="32B286D8"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637D7BD7" w14:textId="77777777" w:rsidR="0010582B" w:rsidRDefault="0044294B">
            <w:pPr>
              <w:spacing w:before="60" w:after="60" w:line="240" w:lineRule="auto"/>
            </w:pPr>
            <w:r>
              <w:rPr>
                <w:rFonts w:ascii="Calibri" w:hAnsi="Calibri"/>
                <w:b/>
                <w:color w:val="FFFFFF"/>
                <w:sz w:val="19"/>
              </w:rPr>
              <w:t>E-mail</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6004C97C" w14:textId="77777777" w:rsidR="0010582B" w:rsidRDefault="0044294B">
            <w:pPr>
              <w:spacing w:before="120" w:after="120" w:line="240" w:lineRule="auto"/>
            </w:pPr>
            <w:r>
              <w:rPr>
                <w:rFonts w:ascii="Calibri" w:hAnsi="Calibri"/>
                <w:color w:val="2D2F3A"/>
                <w:sz w:val="21"/>
              </w:rPr>
              <w:t xml:space="preserve"> </w:t>
            </w:r>
          </w:p>
        </w:tc>
      </w:tr>
    </w:tbl>
    <w:p w14:paraId="05EBDC6C" w14:textId="77777777" w:rsidR="0010582B" w:rsidRDefault="0010582B">
      <w:pPr>
        <w:spacing w:after="20"/>
      </w:pPr>
    </w:p>
    <w:p w14:paraId="4473C771" w14:textId="3462B802" w:rsidR="0010582B" w:rsidRPr="00B70DC7" w:rsidRDefault="00D62A6E">
      <w:pPr>
        <w:spacing w:before="80" w:after="80" w:line="240" w:lineRule="auto"/>
        <w:rPr>
          <w:lang w:val="pl-PL"/>
        </w:rPr>
      </w:pPr>
      <w:r w:rsidRPr="00B70DC7">
        <w:rPr>
          <w:rFonts w:ascii="Calibri" w:hAnsi="Calibri"/>
          <w:b/>
          <w:color w:val="5B922E"/>
          <w:sz w:val="23"/>
          <w:lang w:val="pl-PL"/>
        </w:rPr>
        <w:t xml:space="preserve">UCZESTNICY </w:t>
      </w:r>
      <w:r>
        <w:rPr>
          <w:rFonts w:ascii="Calibri" w:hAnsi="Calibri"/>
          <w:b/>
          <w:color w:val="2D2F3A"/>
          <w:sz w:val="23"/>
          <w:lang w:val="pl-PL"/>
        </w:rPr>
        <w:t>Osoby</w:t>
      </w:r>
      <w:r w:rsidR="00B262DD" w:rsidRPr="00B70DC7">
        <w:rPr>
          <w:rFonts w:ascii="Calibri" w:hAnsi="Calibri"/>
          <w:b/>
          <w:color w:val="2D2F3A"/>
          <w:sz w:val="23"/>
          <w:lang w:val="pl-PL"/>
        </w:rPr>
        <w:t xml:space="preserve"> zgłoszon</w:t>
      </w:r>
      <w:r>
        <w:rPr>
          <w:rFonts w:ascii="Calibri" w:hAnsi="Calibri"/>
          <w:b/>
          <w:color w:val="2D2F3A"/>
          <w:sz w:val="23"/>
          <w:lang w:val="pl-PL"/>
        </w:rPr>
        <w:t>e</w:t>
      </w:r>
      <w:r w:rsidR="00B262DD" w:rsidRPr="00B70DC7">
        <w:rPr>
          <w:rFonts w:ascii="Calibri" w:hAnsi="Calibri"/>
          <w:b/>
          <w:color w:val="2D2F3A"/>
          <w:sz w:val="23"/>
          <w:lang w:val="pl-PL"/>
        </w:rPr>
        <w:t xml:space="preserve"> na szkolenie</w:t>
      </w:r>
    </w:p>
    <w:tbl>
      <w:tblPr>
        <w:tblW w:w="0" w:type="auto"/>
        <w:jc w:val="center"/>
        <w:tblLayout w:type="fixed"/>
        <w:tblLook w:val="04A0" w:firstRow="1" w:lastRow="0" w:firstColumn="1" w:lastColumn="0" w:noHBand="0" w:noVBand="1"/>
      </w:tblPr>
      <w:tblGrid>
        <w:gridCol w:w="2041"/>
        <w:gridCol w:w="1701"/>
        <w:gridCol w:w="1984"/>
        <w:gridCol w:w="1474"/>
        <w:gridCol w:w="2324"/>
      </w:tblGrid>
      <w:tr w:rsidR="0010582B" w14:paraId="3CC7490A" w14:textId="77777777">
        <w:trPr>
          <w:cantSplit/>
          <w:jc w:val="center"/>
        </w:trPr>
        <w:tc>
          <w:tcPr>
            <w:tcW w:w="2041" w:type="dxa"/>
            <w:tcBorders>
              <w:top w:val="single" w:sz="8" w:space="0" w:color="D7E3F1"/>
              <w:left w:val="single" w:sz="8" w:space="0" w:color="D7E3F1"/>
              <w:bottom w:val="single" w:sz="8" w:space="0" w:color="D7E3F1"/>
              <w:right w:val="single" w:sz="8" w:space="0" w:color="D7E3F1"/>
            </w:tcBorders>
            <w:shd w:val="clear" w:color="auto" w:fill="5B922E"/>
          </w:tcPr>
          <w:p w14:paraId="28B71A56" w14:textId="77777777" w:rsidR="0010582B" w:rsidRDefault="0044294B">
            <w:pPr>
              <w:spacing w:before="60" w:after="60" w:line="240" w:lineRule="auto"/>
              <w:jc w:val="center"/>
            </w:pPr>
            <w:proofErr w:type="spellStart"/>
            <w:r>
              <w:rPr>
                <w:rFonts w:ascii="Calibri" w:hAnsi="Calibri"/>
                <w:b/>
                <w:color w:val="FFFFFF"/>
                <w:sz w:val="18"/>
              </w:rPr>
              <w:t>Imię</w:t>
            </w:r>
            <w:proofErr w:type="spellEnd"/>
            <w:r>
              <w:rPr>
                <w:rFonts w:ascii="Calibri" w:hAnsi="Calibri"/>
                <w:b/>
                <w:color w:val="FFFFFF"/>
                <w:sz w:val="18"/>
              </w:rPr>
              <w:t xml:space="preserve"> </w:t>
            </w:r>
            <w:proofErr w:type="spellStart"/>
            <w:r>
              <w:rPr>
                <w:rFonts w:ascii="Calibri" w:hAnsi="Calibri"/>
                <w:b/>
                <w:color w:val="FFFFFF"/>
                <w:sz w:val="18"/>
              </w:rPr>
              <w:t>i</w:t>
            </w:r>
            <w:proofErr w:type="spellEnd"/>
            <w:r>
              <w:rPr>
                <w:rFonts w:ascii="Calibri" w:hAnsi="Calibri"/>
                <w:b/>
                <w:color w:val="FFFFFF"/>
                <w:sz w:val="18"/>
              </w:rPr>
              <w:t xml:space="preserve"> </w:t>
            </w:r>
            <w:proofErr w:type="spellStart"/>
            <w:r>
              <w:rPr>
                <w:rFonts w:ascii="Calibri" w:hAnsi="Calibri"/>
                <w:b/>
                <w:color w:val="FFFFFF"/>
                <w:sz w:val="18"/>
              </w:rPr>
              <w:t>nazwisko</w:t>
            </w:r>
            <w:proofErr w:type="spellEnd"/>
          </w:p>
        </w:tc>
        <w:tc>
          <w:tcPr>
            <w:tcW w:w="1701" w:type="dxa"/>
            <w:tcBorders>
              <w:top w:val="single" w:sz="8" w:space="0" w:color="D7E3F1"/>
              <w:left w:val="single" w:sz="8" w:space="0" w:color="D7E3F1"/>
              <w:bottom w:val="single" w:sz="8" w:space="0" w:color="D7E3F1"/>
              <w:right w:val="single" w:sz="8" w:space="0" w:color="D7E3F1"/>
            </w:tcBorders>
            <w:shd w:val="clear" w:color="auto" w:fill="5B922E"/>
          </w:tcPr>
          <w:p w14:paraId="137A1862" w14:textId="77777777" w:rsidR="0010582B" w:rsidRDefault="0044294B">
            <w:pPr>
              <w:spacing w:before="60" w:after="60" w:line="240" w:lineRule="auto"/>
              <w:jc w:val="center"/>
            </w:pPr>
            <w:r>
              <w:rPr>
                <w:rFonts w:ascii="Calibri" w:hAnsi="Calibri"/>
                <w:b/>
                <w:color w:val="FFFFFF"/>
                <w:sz w:val="18"/>
              </w:rPr>
              <w:t>Stanowisko</w:t>
            </w:r>
          </w:p>
        </w:tc>
        <w:tc>
          <w:tcPr>
            <w:tcW w:w="1984" w:type="dxa"/>
            <w:tcBorders>
              <w:top w:val="single" w:sz="8" w:space="0" w:color="D7E3F1"/>
              <w:left w:val="single" w:sz="8" w:space="0" w:color="D7E3F1"/>
              <w:bottom w:val="single" w:sz="8" w:space="0" w:color="D7E3F1"/>
              <w:right w:val="single" w:sz="8" w:space="0" w:color="D7E3F1"/>
            </w:tcBorders>
            <w:shd w:val="clear" w:color="auto" w:fill="5B922E"/>
          </w:tcPr>
          <w:p w14:paraId="4E06117C" w14:textId="77777777" w:rsidR="0010582B" w:rsidRDefault="0044294B">
            <w:pPr>
              <w:spacing w:before="60" w:after="60" w:line="240" w:lineRule="auto"/>
              <w:jc w:val="center"/>
            </w:pPr>
            <w:r>
              <w:rPr>
                <w:rFonts w:ascii="Calibri" w:hAnsi="Calibri"/>
                <w:b/>
                <w:color w:val="FFFFFF"/>
                <w:sz w:val="18"/>
              </w:rPr>
              <w:t>E-mail</w:t>
            </w:r>
          </w:p>
        </w:tc>
        <w:tc>
          <w:tcPr>
            <w:tcW w:w="1474" w:type="dxa"/>
            <w:tcBorders>
              <w:top w:val="single" w:sz="8" w:space="0" w:color="D7E3F1"/>
              <w:left w:val="single" w:sz="8" w:space="0" w:color="D7E3F1"/>
              <w:bottom w:val="single" w:sz="8" w:space="0" w:color="D7E3F1"/>
              <w:right w:val="single" w:sz="8" w:space="0" w:color="D7E3F1"/>
            </w:tcBorders>
            <w:shd w:val="clear" w:color="auto" w:fill="5B922E"/>
          </w:tcPr>
          <w:p w14:paraId="59D9B07D" w14:textId="77777777" w:rsidR="0010582B" w:rsidRDefault="0044294B">
            <w:pPr>
              <w:spacing w:before="60" w:after="60" w:line="240" w:lineRule="auto"/>
              <w:jc w:val="center"/>
            </w:pPr>
            <w:r>
              <w:rPr>
                <w:rFonts w:ascii="Calibri" w:hAnsi="Calibri"/>
                <w:b/>
                <w:color w:val="FFFFFF"/>
                <w:sz w:val="18"/>
              </w:rPr>
              <w:t>Telefon*</w:t>
            </w:r>
          </w:p>
        </w:tc>
        <w:tc>
          <w:tcPr>
            <w:tcW w:w="2324" w:type="dxa"/>
            <w:tcBorders>
              <w:top w:val="single" w:sz="8" w:space="0" w:color="D7E3F1"/>
              <w:left w:val="single" w:sz="8" w:space="0" w:color="D7E3F1"/>
              <w:bottom w:val="single" w:sz="8" w:space="0" w:color="D7E3F1"/>
              <w:right w:val="single" w:sz="8" w:space="0" w:color="D7E3F1"/>
            </w:tcBorders>
            <w:shd w:val="clear" w:color="auto" w:fill="5B922E"/>
          </w:tcPr>
          <w:p w14:paraId="0F54A193" w14:textId="77777777" w:rsidR="0010582B" w:rsidRDefault="0044294B">
            <w:pPr>
              <w:spacing w:before="60" w:after="60" w:line="240" w:lineRule="auto"/>
              <w:jc w:val="center"/>
            </w:pPr>
            <w:r>
              <w:rPr>
                <w:rFonts w:ascii="Calibri" w:hAnsi="Calibri"/>
                <w:b/>
                <w:color w:val="FFFFFF"/>
                <w:sz w:val="18"/>
              </w:rPr>
              <w:t>Pakiet</w:t>
            </w:r>
          </w:p>
        </w:tc>
      </w:tr>
      <w:tr w:rsidR="0010582B" w14:paraId="66233096" w14:textId="77777777">
        <w:trPr>
          <w:cantSplit/>
          <w:jc w:val="center"/>
        </w:trPr>
        <w:tc>
          <w:tcPr>
            <w:tcW w:w="204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4449C6CB" w14:textId="77777777" w:rsidR="0010582B" w:rsidRDefault="0044294B">
            <w:pPr>
              <w:spacing w:before="40" w:after="40" w:line="240" w:lineRule="auto"/>
            </w:pPr>
            <w:r>
              <w:rPr>
                <w:rFonts w:ascii="Calibri" w:hAnsi="Calibri"/>
                <w:color w:val="2D2F3A"/>
                <w:sz w:val="18"/>
              </w:rPr>
              <w:br/>
            </w:r>
          </w:p>
        </w:tc>
        <w:tc>
          <w:tcPr>
            <w:tcW w:w="170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5D5C427F" w14:textId="77777777" w:rsidR="0010582B" w:rsidRDefault="0044294B">
            <w:pPr>
              <w:spacing w:before="40" w:after="40" w:line="240" w:lineRule="auto"/>
            </w:pPr>
            <w:r>
              <w:rPr>
                <w:rFonts w:ascii="Calibri" w:hAnsi="Calibri"/>
                <w:color w:val="2D2F3A"/>
                <w:sz w:val="18"/>
              </w:rPr>
              <w:br/>
            </w:r>
          </w:p>
        </w:tc>
        <w:tc>
          <w:tcPr>
            <w:tcW w:w="198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376FD96E" w14:textId="77777777" w:rsidR="0010582B" w:rsidRDefault="0044294B">
            <w:pPr>
              <w:spacing w:before="40" w:after="40" w:line="240" w:lineRule="auto"/>
            </w:pPr>
            <w:r>
              <w:rPr>
                <w:rFonts w:ascii="Calibri" w:hAnsi="Calibri"/>
                <w:color w:val="2D2F3A"/>
                <w:sz w:val="18"/>
              </w:rPr>
              <w:br/>
            </w:r>
          </w:p>
        </w:tc>
        <w:tc>
          <w:tcPr>
            <w:tcW w:w="147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58F51BE3" w14:textId="77777777" w:rsidR="0010582B" w:rsidRDefault="0044294B">
            <w:pPr>
              <w:spacing w:before="40" w:after="40" w:line="240" w:lineRule="auto"/>
            </w:pPr>
            <w:r>
              <w:rPr>
                <w:rFonts w:ascii="Calibri" w:hAnsi="Calibri"/>
                <w:color w:val="2D2F3A"/>
                <w:sz w:val="18"/>
              </w:rPr>
              <w:br/>
            </w:r>
          </w:p>
        </w:tc>
        <w:tc>
          <w:tcPr>
            <w:tcW w:w="2324" w:type="dxa"/>
            <w:tcBorders>
              <w:top w:val="single" w:sz="8" w:space="0" w:color="D7E3F1"/>
              <w:left w:val="single" w:sz="8" w:space="0" w:color="D7E3F1"/>
              <w:bottom w:val="single" w:sz="8" w:space="0" w:color="D7E3F1"/>
              <w:right w:val="single" w:sz="8" w:space="0" w:color="D7E3F1"/>
            </w:tcBorders>
            <w:shd w:val="clear" w:color="auto" w:fill="EEF6E8"/>
            <w:vAlign w:val="center"/>
          </w:tcPr>
          <w:p w14:paraId="4E3BC5E1" w14:textId="77777777" w:rsidR="0010582B" w:rsidRDefault="0044294B">
            <w:pPr>
              <w:spacing w:before="40" w:after="40" w:line="240" w:lineRule="auto"/>
            </w:pPr>
            <w:r>
              <w:rPr>
                <w:rFonts w:ascii="Calibri" w:hAnsi="Calibri"/>
                <w:color w:val="2D2F3A"/>
                <w:sz w:val="17"/>
              </w:rPr>
              <w:t>☐ podstawowy</w:t>
            </w:r>
            <w:r>
              <w:rPr>
                <w:rFonts w:ascii="Calibri" w:hAnsi="Calibri"/>
                <w:color w:val="2D2F3A"/>
                <w:sz w:val="17"/>
              </w:rPr>
              <w:br/>
              <w:t>☐ z noclegiem</w:t>
            </w:r>
          </w:p>
        </w:tc>
      </w:tr>
      <w:tr w:rsidR="0010582B" w14:paraId="006605A9" w14:textId="77777777">
        <w:trPr>
          <w:cantSplit/>
          <w:jc w:val="center"/>
        </w:trPr>
        <w:tc>
          <w:tcPr>
            <w:tcW w:w="204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6F0BE140" w14:textId="77777777" w:rsidR="0010582B" w:rsidRDefault="0044294B">
            <w:pPr>
              <w:spacing w:before="40" w:after="40" w:line="240" w:lineRule="auto"/>
            </w:pPr>
            <w:r>
              <w:rPr>
                <w:rFonts w:ascii="Calibri" w:hAnsi="Calibri"/>
                <w:color w:val="2D2F3A"/>
                <w:sz w:val="18"/>
              </w:rPr>
              <w:br/>
            </w:r>
          </w:p>
        </w:tc>
        <w:tc>
          <w:tcPr>
            <w:tcW w:w="170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35CD50A2" w14:textId="77777777" w:rsidR="0010582B" w:rsidRDefault="0044294B">
            <w:pPr>
              <w:spacing w:before="40" w:after="40" w:line="240" w:lineRule="auto"/>
            </w:pPr>
            <w:r>
              <w:rPr>
                <w:rFonts w:ascii="Calibri" w:hAnsi="Calibri"/>
                <w:color w:val="2D2F3A"/>
                <w:sz w:val="18"/>
              </w:rPr>
              <w:br/>
            </w:r>
          </w:p>
        </w:tc>
        <w:tc>
          <w:tcPr>
            <w:tcW w:w="198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209B1E69" w14:textId="77777777" w:rsidR="0010582B" w:rsidRDefault="0044294B">
            <w:pPr>
              <w:spacing w:before="40" w:after="40" w:line="240" w:lineRule="auto"/>
            </w:pPr>
            <w:r>
              <w:rPr>
                <w:rFonts w:ascii="Calibri" w:hAnsi="Calibri"/>
                <w:color w:val="2D2F3A"/>
                <w:sz w:val="18"/>
              </w:rPr>
              <w:br/>
            </w:r>
          </w:p>
        </w:tc>
        <w:tc>
          <w:tcPr>
            <w:tcW w:w="147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79EA6786" w14:textId="77777777" w:rsidR="0010582B" w:rsidRDefault="0044294B">
            <w:pPr>
              <w:spacing w:before="40" w:after="40" w:line="240" w:lineRule="auto"/>
            </w:pPr>
            <w:r>
              <w:rPr>
                <w:rFonts w:ascii="Calibri" w:hAnsi="Calibri"/>
                <w:color w:val="2D2F3A"/>
                <w:sz w:val="18"/>
              </w:rPr>
              <w:br/>
            </w:r>
          </w:p>
        </w:tc>
        <w:tc>
          <w:tcPr>
            <w:tcW w:w="2324" w:type="dxa"/>
            <w:tcBorders>
              <w:top w:val="single" w:sz="8" w:space="0" w:color="D7E3F1"/>
              <w:left w:val="single" w:sz="8" w:space="0" w:color="D7E3F1"/>
              <w:bottom w:val="single" w:sz="8" w:space="0" w:color="D7E3F1"/>
              <w:right w:val="single" w:sz="8" w:space="0" w:color="D7E3F1"/>
            </w:tcBorders>
            <w:shd w:val="clear" w:color="auto" w:fill="EEF6E8"/>
            <w:vAlign w:val="center"/>
          </w:tcPr>
          <w:p w14:paraId="30928787" w14:textId="77777777" w:rsidR="0010582B" w:rsidRDefault="0044294B">
            <w:pPr>
              <w:spacing w:before="40" w:after="40" w:line="240" w:lineRule="auto"/>
            </w:pPr>
            <w:r>
              <w:rPr>
                <w:rFonts w:ascii="Calibri" w:hAnsi="Calibri"/>
                <w:color w:val="2D2F3A"/>
                <w:sz w:val="17"/>
              </w:rPr>
              <w:t>☐ podstawowy</w:t>
            </w:r>
            <w:r>
              <w:rPr>
                <w:rFonts w:ascii="Calibri" w:hAnsi="Calibri"/>
                <w:color w:val="2D2F3A"/>
                <w:sz w:val="17"/>
              </w:rPr>
              <w:br/>
              <w:t>☐ z noclegiem</w:t>
            </w:r>
          </w:p>
        </w:tc>
      </w:tr>
      <w:tr w:rsidR="0010582B" w14:paraId="678AE9D6" w14:textId="77777777">
        <w:trPr>
          <w:cantSplit/>
          <w:jc w:val="center"/>
        </w:trPr>
        <w:tc>
          <w:tcPr>
            <w:tcW w:w="204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64F3E009" w14:textId="77777777" w:rsidR="0010582B" w:rsidRDefault="0044294B">
            <w:pPr>
              <w:spacing w:before="40" w:after="40" w:line="240" w:lineRule="auto"/>
            </w:pPr>
            <w:r>
              <w:rPr>
                <w:rFonts w:ascii="Calibri" w:hAnsi="Calibri"/>
                <w:color w:val="2D2F3A"/>
                <w:sz w:val="18"/>
              </w:rPr>
              <w:br/>
            </w:r>
          </w:p>
        </w:tc>
        <w:tc>
          <w:tcPr>
            <w:tcW w:w="170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7AE6A996" w14:textId="77777777" w:rsidR="0010582B" w:rsidRDefault="0044294B">
            <w:pPr>
              <w:spacing w:before="40" w:after="40" w:line="240" w:lineRule="auto"/>
            </w:pPr>
            <w:r>
              <w:rPr>
                <w:rFonts w:ascii="Calibri" w:hAnsi="Calibri"/>
                <w:color w:val="2D2F3A"/>
                <w:sz w:val="18"/>
              </w:rPr>
              <w:br/>
            </w:r>
          </w:p>
        </w:tc>
        <w:tc>
          <w:tcPr>
            <w:tcW w:w="198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7E04D26E" w14:textId="77777777" w:rsidR="0010582B" w:rsidRDefault="0044294B">
            <w:pPr>
              <w:spacing w:before="40" w:after="40" w:line="240" w:lineRule="auto"/>
            </w:pPr>
            <w:r>
              <w:rPr>
                <w:rFonts w:ascii="Calibri" w:hAnsi="Calibri"/>
                <w:color w:val="2D2F3A"/>
                <w:sz w:val="18"/>
              </w:rPr>
              <w:br/>
            </w:r>
          </w:p>
        </w:tc>
        <w:tc>
          <w:tcPr>
            <w:tcW w:w="147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1A09B861" w14:textId="77777777" w:rsidR="0010582B" w:rsidRDefault="0044294B">
            <w:pPr>
              <w:spacing w:before="40" w:after="40" w:line="240" w:lineRule="auto"/>
            </w:pPr>
            <w:r>
              <w:rPr>
                <w:rFonts w:ascii="Calibri" w:hAnsi="Calibri"/>
                <w:color w:val="2D2F3A"/>
                <w:sz w:val="18"/>
              </w:rPr>
              <w:br/>
            </w:r>
          </w:p>
        </w:tc>
        <w:tc>
          <w:tcPr>
            <w:tcW w:w="2324" w:type="dxa"/>
            <w:tcBorders>
              <w:top w:val="single" w:sz="8" w:space="0" w:color="D7E3F1"/>
              <w:left w:val="single" w:sz="8" w:space="0" w:color="D7E3F1"/>
              <w:bottom w:val="single" w:sz="8" w:space="0" w:color="D7E3F1"/>
              <w:right w:val="single" w:sz="8" w:space="0" w:color="D7E3F1"/>
            </w:tcBorders>
            <w:shd w:val="clear" w:color="auto" w:fill="EEF6E8"/>
            <w:vAlign w:val="center"/>
          </w:tcPr>
          <w:p w14:paraId="01F322CE" w14:textId="77777777" w:rsidR="0010582B" w:rsidRDefault="0044294B">
            <w:pPr>
              <w:spacing w:before="40" w:after="40" w:line="240" w:lineRule="auto"/>
            </w:pPr>
            <w:r>
              <w:rPr>
                <w:rFonts w:ascii="Calibri" w:hAnsi="Calibri"/>
                <w:color w:val="2D2F3A"/>
                <w:sz w:val="17"/>
              </w:rPr>
              <w:t>☐ podstawowy</w:t>
            </w:r>
            <w:r>
              <w:rPr>
                <w:rFonts w:ascii="Calibri" w:hAnsi="Calibri"/>
                <w:color w:val="2D2F3A"/>
                <w:sz w:val="17"/>
              </w:rPr>
              <w:br/>
              <w:t>☐ z noclegiem</w:t>
            </w:r>
          </w:p>
        </w:tc>
      </w:tr>
      <w:tr w:rsidR="0010582B" w14:paraId="432AA8BF" w14:textId="77777777">
        <w:trPr>
          <w:cantSplit/>
          <w:jc w:val="center"/>
        </w:trPr>
        <w:tc>
          <w:tcPr>
            <w:tcW w:w="204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5739AF01" w14:textId="77777777" w:rsidR="0010582B" w:rsidRDefault="0044294B">
            <w:pPr>
              <w:spacing w:before="40" w:after="40" w:line="240" w:lineRule="auto"/>
            </w:pPr>
            <w:r>
              <w:rPr>
                <w:rFonts w:ascii="Calibri" w:hAnsi="Calibri"/>
                <w:color w:val="2D2F3A"/>
                <w:sz w:val="18"/>
              </w:rPr>
              <w:br/>
            </w:r>
          </w:p>
        </w:tc>
        <w:tc>
          <w:tcPr>
            <w:tcW w:w="1701"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5AFB984C" w14:textId="77777777" w:rsidR="0010582B" w:rsidRDefault="0044294B">
            <w:pPr>
              <w:spacing w:before="40" w:after="40" w:line="240" w:lineRule="auto"/>
            </w:pPr>
            <w:r>
              <w:rPr>
                <w:rFonts w:ascii="Calibri" w:hAnsi="Calibri"/>
                <w:color w:val="2D2F3A"/>
                <w:sz w:val="18"/>
              </w:rPr>
              <w:br/>
            </w:r>
          </w:p>
        </w:tc>
        <w:tc>
          <w:tcPr>
            <w:tcW w:w="198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010E7AC6" w14:textId="77777777" w:rsidR="0010582B" w:rsidRDefault="0044294B">
            <w:pPr>
              <w:spacing w:before="40" w:after="40" w:line="240" w:lineRule="auto"/>
            </w:pPr>
            <w:r>
              <w:rPr>
                <w:rFonts w:ascii="Calibri" w:hAnsi="Calibri"/>
                <w:color w:val="2D2F3A"/>
                <w:sz w:val="18"/>
              </w:rPr>
              <w:br/>
            </w:r>
          </w:p>
        </w:tc>
        <w:tc>
          <w:tcPr>
            <w:tcW w:w="1474" w:type="dxa"/>
            <w:tcBorders>
              <w:top w:val="single" w:sz="8" w:space="0" w:color="D7E3F1"/>
              <w:left w:val="single" w:sz="8" w:space="0" w:color="D7E3F1"/>
              <w:bottom w:val="single" w:sz="8" w:space="0" w:color="D7E3F1"/>
              <w:right w:val="single" w:sz="8" w:space="0" w:color="D7E3F1"/>
            </w:tcBorders>
            <w:shd w:val="clear" w:color="auto" w:fill="FFFFFF"/>
            <w:vAlign w:val="center"/>
          </w:tcPr>
          <w:p w14:paraId="2388A545" w14:textId="77777777" w:rsidR="0010582B" w:rsidRDefault="0044294B">
            <w:pPr>
              <w:spacing w:before="40" w:after="40" w:line="240" w:lineRule="auto"/>
            </w:pPr>
            <w:r>
              <w:rPr>
                <w:rFonts w:ascii="Calibri" w:hAnsi="Calibri"/>
                <w:color w:val="2D2F3A"/>
                <w:sz w:val="18"/>
              </w:rPr>
              <w:br/>
            </w:r>
          </w:p>
        </w:tc>
        <w:tc>
          <w:tcPr>
            <w:tcW w:w="2324" w:type="dxa"/>
            <w:tcBorders>
              <w:top w:val="single" w:sz="8" w:space="0" w:color="D7E3F1"/>
              <w:left w:val="single" w:sz="8" w:space="0" w:color="D7E3F1"/>
              <w:bottom w:val="single" w:sz="8" w:space="0" w:color="D7E3F1"/>
              <w:right w:val="single" w:sz="8" w:space="0" w:color="D7E3F1"/>
            </w:tcBorders>
            <w:shd w:val="clear" w:color="auto" w:fill="EEF6E8"/>
            <w:vAlign w:val="center"/>
          </w:tcPr>
          <w:p w14:paraId="4C390968" w14:textId="77777777" w:rsidR="0010582B" w:rsidRDefault="0044294B">
            <w:pPr>
              <w:spacing w:before="40" w:after="40" w:line="240" w:lineRule="auto"/>
            </w:pPr>
            <w:r>
              <w:rPr>
                <w:rFonts w:ascii="Calibri" w:hAnsi="Calibri"/>
                <w:color w:val="2D2F3A"/>
                <w:sz w:val="17"/>
              </w:rPr>
              <w:t>☐ podstawowy</w:t>
            </w:r>
            <w:r>
              <w:rPr>
                <w:rFonts w:ascii="Calibri" w:hAnsi="Calibri"/>
                <w:color w:val="2D2F3A"/>
                <w:sz w:val="17"/>
              </w:rPr>
              <w:br/>
              <w:t>☐ z noclegiem</w:t>
            </w:r>
          </w:p>
        </w:tc>
      </w:tr>
    </w:tbl>
    <w:p w14:paraId="56986DF8" w14:textId="77777777" w:rsidR="0010582B" w:rsidRDefault="0044294B">
      <w:pPr>
        <w:spacing w:before="20" w:after="80" w:line="240" w:lineRule="auto"/>
        <w:rPr>
          <w:sz w:val="17"/>
        </w:rPr>
      </w:pPr>
      <w:r>
        <w:rPr>
          <w:sz w:val="17"/>
        </w:rPr>
        <w:t xml:space="preserve">* </w:t>
      </w:r>
      <w:r w:rsidRPr="002C6FAE">
        <w:rPr>
          <w:sz w:val="17"/>
          <w:lang w:val="pl-PL"/>
        </w:rPr>
        <w:t>Telefon uczestnika – opcjonalnie.</w:t>
      </w:r>
    </w:p>
    <w:p w14:paraId="0A4ABAAD" w14:textId="77777777" w:rsidR="00D12E05" w:rsidRDefault="00D12E05">
      <w:pPr>
        <w:spacing w:before="20" w:after="80" w:line="240" w:lineRule="auto"/>
      </w:pPr>
    </w:p>
    <w:p w14:paraId="30BFA0FB" w14:textId="3DE76181" w:rsidR="0010582B" w:rsidRDefault="0044294B">
      <w:pPr>
        <w:spacing w:before="80" w:after="80" w:line="240" w:lineRule="auto"/>
      </w:pPr>
      <w:r>
        <w:rPr>
          <w:rFonts w:ascii="Calibri" w:hAnsi="Calibri"/>
          <w:b/>
          <w:color w:val="D77A1F"/>
          <w:sz w:val="23"/>
        </w:rPr>
        <w:t>PAKIET</w:t>
      </w:r>
      <w:r w:rsidR="00D12E05">
        <w:rPr>
          <w:rFonts w:ascii="Calibri" w:hAnsi="Calibri"/>
          <w:b/>
          <w:color w:val="D77A1F"/>
          <w:sz w:val="23"/>
        </w:rPr>
        <w:t>Y</w:t>
      </w:r>
      <w:r>
        <w:rPr>
          <w:rFonts w:ascii="Calibri" w:hAnsi="Calibri"/>
          <w:b/>
          <w:color w:val="D77A1F"/>
          <w:sz w:val="23"/>
        </w:rPr>
        <w:t xml:space="preserve">  </w:t>
      </w:r>
    </w:p>
    <w:tbl>
      <w:tblPr>
        <w:tblW w:w="0" w:type="auto"/>
        <w:jc w:val="center"/>
        <w:tblLayout w:type="fixed"/>
        <w:tblLook w:val="04A0" w:firstRow="1" w:lastRow="0" w:firstColumn="1" w:lastColumn="0" w:noHBand="0" w:noVBand="1"/>
      </w:tblPr>
      <w:tblGrid>
        <w:gridCol w:w="4734"/>
        <w:gridCol w:w="4734"/>
      </w:tblGrid>
      <w:tr w:rsidR="0010582B" w:rsidRPr="00D62A6E" w14:paraId="3B9BEF38" w14:textId="77777777">
        <w:trPr>
          <w:cantSplit/>
          <w:jc w:val="center"/>
        </w:trPr>
        <w:tc>
          <w:tcPr>
            <w:tcW w:w="4734" w:type="dxa"/>
            <w:tcBorders>
              <w:top w:val="single" w:sz="8" w:space="0" w:color="D7E3F1"/>
              <w:left w:val="single" w:sz="8" w:space="0" w:color="D7E3F1"/>
              <w:bottom w:val="single" w:sz="8" w:space="0" w:color="D7E3F1"/>
              <w:right w:val="single" w:sz="8" w:space="0" w:color="D7E3F1"/>
            </w:tcBorders>
            <w:shd w:val="clear" w:color="auto" w:fill="EEF6E8"/>
          </w:tcPr>
          <w:p w14:paraId="428F8783" w14:textId="77777777" w:rsidR="0010582B" w:rsidRPr="00B70DC7" w:rsidRDefault="0044294B">
            <w:pPr>
              <w:spacing w:before="80" w:after="80" w:line="240" w:lineRule="auto"/>
              <w:rPr>
                <w:lang w:val="pl-PL"/>
              </w:rPr>
            </w:pPr>
            <w:r w:rsidRPr="00B70DC7">
              <w:rPr>
                <w:rFonts w:ascii="Calibri" w:hAnsi="Calibri"/>
                <w:b/>
                <w:color w:val="5B922E"/>
                <w:sz w:val="20"/>
                <w:lang w:val="pl-PL"/>
              </w:rPr>
              <w:t>Pakiet podstawowy – 900 zł brutto / osoba</w:t>
            </w:r>
            <w:r w:rsidRPr="00B70DC7">
              <w:rPr>
                <w:lang w:val="pl-PL"/>
              </w:rPr>
              <w:br/>
            </w:r>
            <w:r w:rsidRPr="00B70DC7">
              <w:rPr>
                <w:rFonts w:ascii="Calibri" w:hAnsi="Calibri"/>
                <w:color w:val="2D2F3A"/>
                <w:sz w:val="18"/>
                <w:lang w:val="pl-PL"/>
              </w:rPr>
              <w:t>Obejmuje udział w dwudniowym szkoleniu, materiały szkoleniowe, obiady i serwis kawowy w obu dniach szkolenia oraz certyfikat uczestnictwa.</w:t>
            </w:r>
          </w:p>
        </w:tc>
        <w:tc>
          <w:tcPr>
            <w:tcW w:w="4734" w:type="dxa"/>
            <w:tcBorders>
              <w:top w:val="single" w:sz="8" w:space="0" w:color="D7E3F1"/>
              <w:left w:val="single" w:sz="8" w:space="0" w:color="D7E3F1"/>
              <w:bottom w:val="single" w:sz="8" w:space="0" w:color="D7E3F1"/>
              <w:right w:val="single" w:sz="8" w:space="0" w:color="D7E3F1"/>
            </w:tcBorders>
            <w:shd w:val="clear" w:color="auto" w:fill="FAF0E3"/>
          </w:tcPr>
          <w:p w14:paraId="174E8DA0" w14:textId="7CFF1B99" w:rsidR="0010582B" w:rsidRPr="00B70DC7" w:rsidRDefault="0044294B">
            <w:pPr>
              <w:spacing w:before="80" w:after="80" w:line="240" w:lineRule="auto"/>
              <w:rPr>
                <w:lang w:val="pl-PL"/>
              </w:rPr>
            </w:pPr>
            <w:r w:rsidRPr="00B70DC7">
              <w:rPr>
                <w:rFonts w:ascii="Calibri" w:hAnsi="Calibri"/>
                <w:b/>
                <w:color w:val="D77A1F"/>
                <w:sz w:val="20"/>
                <w:lang w:val="pl-PL"/>
              </w:rPr>
              <w:t>Pakiet z noclegiem – 11</w:t>
            </w:r>
            <w:r w:rsidR="007A708F">
              <w:rPr>
                <w:rFonts w:ascii="Calibri" w:hAnsi="Calibri"/>
                <w:b/>
                <w:color w:val="D77A1F"/>
                <w:sz w:val="20"/>
                <w:lang w:val="pl-PL"/>
              </w:rPr>
              <w:t>1</w:t>
            </w:r>
            <w:r w:rsidRPr="00B70DC7">
              <w:rPr>
                <w:rFonts w:ascii="Calibri" w:hAnsi="Calibri"/>
                <w:b/>
                <w:color w:val="D77A1F"/>
                <w:sz w:val="20"/>
                <w:lang w:val="pl-PL"/>
              </w:rPr>
              <w:t>0 zł brutto / osoba</w:t>
            </w:r>
            <w:r w:rsidRPr="00B70DC7">
              <w:rPr>
                <w:lang w:val="pl-PL"/>
              </w:rPr>
              <w:br/>
            </w:r>
            <w:r w:rsidRPr="00B70DC7">
              <w:rPr>
                <w:rFonts w:ascii="Calibri" w:hAnsi="Calibri"/>
                <w:color w:val="2D2F3A"/>
                <w:sz w:val="18"/>
                <w:lang w:val="pl-PL"/>
              </w:rPr>
              <w:t xml:space="preserve">Obejmuje świadczenia pakietu podstawowego oraz 1 nocleg </w:t>
            </w:r>
            <w:r w:rsidR="00E1600E">
              <w:rPr>
                <w:rFonts w:ascii="Calibri" w:hAnsi="Calibri"/>
                <w:color w:val="2D2F3A"/>
                <w:sz w:val="18"/>
                <w:lang w:val="pl-PL"/>
              </w:rPr>
              <w:t xml:space="preserve">w pokoju jednoosobowym </w:t>
            </w:r>
            <w:r w:rsidRPr="00B70DC7">
              <w:rPr>
                <w:rFonts w:ascii="Calibri" w:hAnsi="Calibri"/>
                <w:color w:val="2D2F3A"/>
                <w:sz w:val="18"/>
                <w:lang w:val="pl-PL"/>
              </w:rPr>
              <w:t>ze śniadaniem.</w:t>
            </w:r>
          </w:p>
        </w:tc>
      </w:tr>
    </w:tbl>
    <w:p w14:paraId="683504BE" w14:textId="77777777" w:rsidR="0010582B" w:rsidRPr="00B70DC7" w:rsidRDefault="0010582B">
      <w:pPr>
        <w:pageBreakBefore/>
        <w:rPr>
          <w:lang w:val="pl-PL"/>
        </w:rPr>
      </w:pPr>
    </w:p>
    <w:p w14:paraId="5503DF37" w14:textId="3B30D272" w:rsidR="0010582B" w:rsidRPr="00B70DC7" w:rsidRDefault="0044294B">
      <w:pPr>
        <w:spacing w:before="80" w:after="80" w:line="240" w:lineRule="auto"/>
        <w:rPr>
          <w:lang w:val="pl-PL"/>
        </w:rPr>
      </w:pPr>
      <w:r w:rsidRPr="00B70DC7">
        <w:rPr>
          <w:rFonts w:ascii="Calibri" w:hAnsi="Calibri"/>
          <w:b/>
          <w:color w:val="176FAE"/>
          <w:sz w:val="23"/>
          <w:lang w:val="pl-PL"/>
        </w:rPr>
        <w:t xml:space="preserve">DANE DO </w:t>
      </w:r>
      <w:r w:rsidR="00D12E05" w:rsidRPr="00B70DC7">
        <w:rPr>
          <w:rFonts w:ascii="Calibri" w:hAnsi="Calibri"/>
          <w:b/>
          <w:color w:val="176FAE"/>
          <w:sz w:val="23"/>
          <w:lang w:val="pl-PL"/>
        </w:rPr>
        <w:t xml:space="preserve">FAKTURY </w:t>
      </w:r>
    </w:p>
    <w:tbl>
      <w:tblPr>
        <w:tblW w:w="0" w:type="auto"/>
        <w:jc w:val="center"/>
        <w:tblLayout w:type="fixed"/>
        <w:tblLook w:val="04A0" w:firstRow="1" w:lastRow="0" w:firstColumn="1" w:lastColumn="0" w:noHBand="0" w:noVBand="1"/>
      </w:tblPr>
      <w:tblGrid>
        <w:gridCol w:w="2268"/>
        <w:gridCol w:w="7258"/>
      </w:tblGrid>
      <w:tr w:rsidR="0010582B" w14:paraId="66A597D0"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109713EE" w14:textId="77777777" w:rsidR="0010582B" w:rsidRDefault="0044294B">
            <w:pPr>
              <w:spacing w:before="60" w:after="60" w:line="240" w:lineRule="auto"/>
            </w:pPr>
            <w:proofErr w:type="spellStart"/>
            <w:r>
              <w:rPr>
                <w:rFonts w:ascii="Calibri" w:hAnsi="Calibri"/>
                <w:b/>
                <w:color w:val="FFFFFF"/>
                <w:sz w:val="19"/>
              </w:rPr>
              <w:t>Nabywca</w:t>
            </w:r>
            <w:proofErr w:type="spellEnd"/>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0EE447DD" w14:textId="77777777" w:rsidR="0010582B" w:rsidRDefault="0044294B">
            <w:pPr>
              <w:spacing w:before="120" w:after="120" w:line="240" w:lineRule="auto"/>
            </w:pPr>
            <w:r>
              <w:rPr>
                <w:rFonts w:ascii="Calibri" w:hAnsi="Calibri"/>
                <w:color w:val="2D2F3A"/>
                <w:sz w:val="21"/>
              </w:rPr>
              <w:t xml:space="preserve"> </w:t>
            </w:r>
          </w:p>
        </w:tc>
      </w:tr>
      <w:tr w:rsidR="0010582B" w14:paraId="38EDF61A"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79BDFF0B" w14:textId="77777777" w:rsidR="0010582B" w:rsidRDefault="0044294B">
            <w:pPr>
              <w:spacing w:before="60" w:after="60" w:line="240" w:lineRule="auto"/>
            </w:pPr>
            <w:r>
              <w:rPr>
                <w:rFonts w:ascii="Calibri" w:hAnsi="Calibri"/>
                <w:b/>
                <w:color w:val="FFFFFF"/>
                <w:sz w:val="19"/>
              </w:rPr>
              <w:t>Adres</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08EE4C33" w14:textId="77777777" w:rsidR="0010582B" w:rsidRDefault="0044294B">
            <w:pPr>
              <w:spacing w:before="120" w:after="120" w:line="240" w:lineRule="auto"/>
            </w:pPr>
            <w:r>
              <w:rPr>
                <w:rFonts w:ascii="Calibri" w:hAnsi="Calibri"/>
                <w:color w:val="2D2F3A"/>
                <w:sz w:val="21"/>
              </w:rPr>
              <w:t xml:space="preserve"> </w:t>
            </w:r>
          </w:p>
        </w:tc>
      </w:tr>
      <w:tr w:rsidR="0010582B" w14:paraId="5E9F8D4C"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1C07186B" w14:textId="77777777" w:rsidR="0010582B" w:rsidRDefault="0044294B">
            <w:pPr>
              <w:spacing w:before="60" w:after="60" w:line="240" w:lineRule="auto"/>
            </w:pPr>
            <w:r>
              <w:rPr>
                <w:rFonts w:ascii="Calibri" w:hAnsi="Calibri"/>
                <w:b/>
                <w:color w:val="FFFFFF"/>
                <w:sz w:val="19"/>
              </w:rPr>
              <w:t>NIP</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57407399" w14:textId="77777777" w:rsidR="0010582B" w:rsidRDefault="0044294B">
            <w:pPr>
              <w:spacing w:before="120" w:after="120" w:line="240" w:lineRule="auto"/>
            </w:pPr>
            <w:r>
              <w:rPr>
                <w:rFonts w:ascii="Calibri" w:hAnsi="Calibri"/>
                <w:color w:val="2D2F3A"/>
                <w:sz w:val="21"/>
              </w:rPr>
              <w:t xml:space="preserve"> </w:t>
            </w:r>
          </w:p>
        </w:tc>
      </w:tr>
      <w:tr w:rsidR="0010582B" w:rsidRPr="00D62A6E" w14:paraId="181AB0AC"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29FC78D9" w14:textId="77777777" w:rsidR="0010582B" w:rsidRPr="00B70DC7" w:rsidRDefault="0044294B">
            <w:pPr>
              <w:spacing w:before="60" w:after="60" w:line="240" w:lineRule="auto"/>
              <w:rPr>
                <w:lang w:val="pl-PL"/>
              </w:rPr>
            </w:pPr>
            <w:r w:rsidRPr="00B70DC7">
              <w:rPr>
                <w:rFonts w:ascii="Calibri" w:hAnsi="Calibri"/>
                <w:b/>
                <w:color w:val="FFFFFF"/>
                <w:sz w:val="19"/>
                <w:lang w:val="pl-PL"/>
              </w:rPr>
              <w:t>Odbiorca – jeżeli inny niż nabywca</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55B4E74F" w14:textId="77777777" w:rsidR="0010582B" w:rsidRPr="00B70DC7" w:rsidRDefault="0044294B">
            <w:pPr>
              <w:spacing w:before="120" w:after="120" w:line="240" w:lineRule="auto"/>
              <w:rPr>
                <w:lang w:val="pl-PL"/>
              </w:rPr>
            </w:pPr>
            <w:r w:rsidRPr="00B70DC7">
              <w:rPr>
                <w:rFonts w:ascii="Calibri" w:hAnsi="Calibri"/>
                <w:color w:val="2D2F3A"/>
                <w:sz w:val="21"/>
                <w:lang w:val="pl-PL"/>
              </w:rPr>
              <w:t xml:space="preserve"> </w:t>
            </w:r>
          </w:p>
        </w:tc>
      </w:tr>
      <w:tr w:rsidR="0010582B" w14:paraId="65046E79"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52F86A55" w14:textId="77777777" w:rsidR="0010582B" w:rsidRDefault="0044294B">
            <w:pPr>
              <w:spacing w:before="60" w:after="60" w:line="240" w:lineRule="auto"/>
            </w:pPr>
            <w:r>
              <w:rPr>
                <w:rFonts w:ascii="Calibri" w:hAnsi="Calibri"/>
                <w:b/>
                <w:color w:val="FFFFFF"/>
                <w:sz w:val="19"/>
              </w:rPr>
              <w:t xml:space="preserve">Adres </w:t>
            </w:r>
            <w:proofErr w:type="spellStart"/>
            <w:r>
              <w:rPr>
                <w:rFonts w:ascii="Calibri" w:hAnsi="Calibri"/>
                <w:b/>
                <w:color w:val="FFFFFF"/>
                <w:sz w:val="19"/>
              </w:rPr>
              <w:t>odbiorcy</w:t>
            </w:r>
            <w:proofErr w:type="spellEnd"/>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1F143365" w14:textId="77777777" w:rsidR="0010582B" w:rsidRDefault="0044294B">
            <w:pPr>
              <w:spacing w:before="120" w:after="120" w:line="240" w:lineRule="auto"/>
            </w:pPr>
            <w:r>
              <w:rPr>
                <w:rFonts w:ascii="Calibri" w:hAnsi="Calibri"/>
                <w:color w:val="2D2F3A"/>
                <w:sz w:val="21"/>
              </w:rPr>
              <w:t xml:space="preserve"> </w:t>
            </w:r>
          </w:p>
        </w:tc>
      </w:tr>
      <w:tr w:rsidR="0010582B" w14:paraId="005A0449"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176FAE"/>
          </w:tcPr>
          <w:p w14:paraId="760F0E6A" w14:textId="77777777" w:rsidR="0010582B" w:rsidRDefault="0044294B">
            <w:pPr>
              <w:spacing w:before="60" w:after="60" w:line="240" w:lineRule="auto"/>
            </w:pPr>
            <w:r>
              <w:rPr>
                <w:rFonts w:ascii="Calibri" w:hAnsi="Calibri"/>
                <w:b/>
                <w:color w:val="FFFFFF"/>
                <w:sz w:val="19"/>
              </w:rPr>
              <w:t>NIP</w:t>
            </w:r>
          </w:p>
        </w:tc>
        <w:tc>
          <w:tcPr>
            <w:tcW w:w="7258" w:type="dxa"/>
            <w:tcBorders>
              <w:top w:val="single" w:sz="8" w:space="0" w:color="D7E3F1"/>
              <w:left w:val="single" w:sz="8" w:space="0" w:color="D7E3F1"/>
              <w:bottom w:val="single" w:sz="8" w:space="0" w:color="D7E3F1"/>
              <w:right w:val="single" w:sz="8" w:space="0" w:color="D7E3F1"/>
            </w:tcBorders>
            <w:shd w:val="clear" w:color="auto" w:fill="EAF3FA"/>
          </w:tcPr>
          <w:p w14:paraId="3AA8FF61" w14:textId="77777777" w:rsidR="0010582B" w:rsidRDefault="0044294B">
            <w:pPr>
              <w:spacing w:before="120" w:after="120" w:line="240" w:lineRule="auto"/>
            </w:pPr>
            <w:r>
              <w:rPr>
                <w:rFonts w:ascii="Calibri" w:hAnsi="Calibri"/>
                <w:color w:val="2D2F3A"/>
                <w:sz w:val="21"/>
              </w:rPr>
              <w:t xml:space="preserve"> </w:t>
            </w:r>
          </w:p>
        </w:tc>
      </w:tr>
    </w:tbl>
    <w:p w14:paraId="1863020B" w14:textId="77777777" w:rsidR="0010582B" w:rsidRDefault="0010582B">
      <w:pPr>
        <w:spacing w:after="20"/>
      </w:pPr>
    </w:p>
    <w:p w14:paraId="29522934" w14:textId="6DE825A7" w:rsidR="0010582B" w:rsidRDefault="0044294B">
      <w:pPr>
        <w:spacing w:before="80" w:after="80" w:line="240" w:lineRule="auto"/>
      </w:pPr>
      <w:proofErr w:type="gramStart"/>
      <w:r>
        <w:rPr>
          <w:rFonts w:ascii="Calibri" w:hAnsi="Calibri"/>
          <w:b/>
          <w:color w:val="5B922E"/>
          <w:sz w:val="23"/>
        </w:rPr>
        <w:t xml:space="preserve">OŚWIADCZENIE </w:t>
      </w:r>
      <w:r w:rsidR="002C6FAE">
        <w:rPr>
          <w:rFonts w:ascii="Calibri" w:hAnsi="Calibri"/>
          <w:b/>
          <w:color w:val="5B922E"/>
          <w:sz w:val="23"/>
        </w:rPr>
        <w:t xml:space="preserve"> </w:t>
      </w:r>
      <w:r w:rsidRPr="002C6FAE">
        <w:rPr>
          <w:rFonts w:ascii="Calibri" w:hAnsi="Calibri"/>
          <w:b/>
          <w:color w:val="2D2F3A"/>
          <w:sz w:val="23"/>
          <w:lang w:val="pl-PL"/>
        </w:rPr>
        <w:t>Akceptacja</w:t>
      </w:r>
      <w:proofErr w:type="gramEnd"/>
      <w:r w:rsidR="002C6FAE" w:rsidRPr="002C6FAE">
        <w:rPr>
          <w:rFonts w:ascii="Calibri" w:hAnsi="Calibri"/>
          <w:b/>
          <w:color w:val="2D2F3A"/>
          <w:sz w:val="23"/>
          <w:lang w:val="pl-PL"/>
        </w:rPr>
        <w:t xml:space="preserve"> </w:t>
      </w:r>
      <w:r w:rsidRPr="002C6FAE">
        <w:rPr>
          <w:rFonts w:ascii="Calibri" w:hAnsi="Calibri"/>
          <w:b/>
          <w:color w:val="2D2F3A"/>
          <w:sz w:val="23"/>
          <w:lang w:val="pl-PL"/>
        </w:rPr>
        <w:t>warunków uczestnictwa</w:t>
      </w:r>
    </w:p>
    <w:tbl>
      <w:tblPr>
        <w:tblW w:w="0" w:type="auto"/>
        <w:jc w:val="center"/>
        <w:tblLook w:val="04A0" w:firstRow="1" w:lastRow="0" w:firstColumn="1" w:lastColumn="0" w:noHBand="0" w:noVBand="1"/>
      </w:tblPr>
      <w:tblGrid>
        <w:gridCol w:w="10462"/>
      </w:tblGrid>
      <w:tr w:rsidR="0010582B" w:rsidRPr="00D62A6E" w14:paraId="31D84F64" w14:textId="77777777">
        <w:trPr>
          <w:cantSplit/>
          <w:jc w:val="center"/>
        </w:trPr>
        <w:tc>
          <w:tcPr>
            <w:tcW w:w="10482" w:type="dxa"/>
            <w:tcBorders>
              <w:top w:val="single" w:sz="8" w:space="0" w:color="D7E3F1"/>
              <w:left w:val="single" w:sz="8" w:space="0" w:color="D7E3F1"/>
              <w:bottom w:val="single" w:sz="8" w:space="0" w:color="D7E3F1"/>
              <w:right w:val="single" w:sz="8" w:space="0" w:color="D7E3F1"/>
            </w:tcBorders>
            <w:shd w:val="clear" w:color="auto" w:fill="EEF6E8"/>
          </w:tcPr>
          <w:p w14:paraId="5003837E" w14:textId="77777777" w:rsidR="0010582B" w:rsidRPr="00B70DC7" w:rsidRDefault="0044294B">
            <w:pPr>
              <w:spacing w:before="80" w:after="80" w:line="240" w:lineRule="auto"/>
              <w:rPr>
                <w:lang w:val="pl-PL"/>
              </w:rPr>
            </w:pPr>
            <w:r w:rsidRPr="00B70DC7">
              <w:rPr>
                <w:rFonts w:ascii="Calibri" w:hAnsi="Calibri"/>
                <w:color w:val="2D2F3A"/>
                <w:sz w:val="19"/>
                <w:lang w:val="pl-PL"/>
              </w:rPr>
              <w:t>Zgłaszam udział wskazanych uczestników w szkoleniu i akceptuję warunki uczestnictwa, w tym wysokość opłaty oraz zasady zgłoszeń i płatności określone przez organizatora.</w:t>
            </w:r>
          </w:p>
        </w:tc>
      </w:tr>
    </w:tbl>
    <w:p w14:paraId="526A8844" w14:textId="77777777" w:rsidR="0010582B" w:rsidRPr="00B70DC7" w:rsidRDefault="0010582B">
      <w:pPr>
        <w:spacing w:after="20"/>
        <w:rPr>
          <w:lang w:val="pl-PL"/>
        </w:rPr>
      </w:pPr>
    </w:p>
    <w:tbl>
      <w:tblPr>
        <w:tblW w:w="0" w:type="auto"/>
        <w:jc w:val="center"/>
        <w:tblLayout w:type="fixed"/>
        <w:tblLook w:val="04A0" w:firstRow="1" w:lastRow="0" w:firstColumn="1" w:lastColumn="0" w:noHBand="0" w:noVBand="1"/>
      </w:tblPr>
      <w:tblGrid>
        <w:gridCol w:w="2268"/>
        <w:gridCol w:w="7258"/>
      </w:tblGrid>
      <w:tr w:rsidR="0010582B" w14:paraId="1848BF02"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5B922E"/>
          </w:tcPr>
          <w:p w14:paraId="5BFA89D8" w14:textId="77777777" w:rsidR="0010582B" w:rsidRDefault="0044294B">
            <w:pPr>
              <w:spacing w:before="60" w:after="60" w:line="240" w:lineRule="auto"/>
            </w:pPr>
            <w:proofErr w:type="spellStart"/>
            <w:r>
              <w:rPr>
                <w:rFonts w:ascii="Calibri" w:hAnsi="Calibri"/>
                <w:b/>
                <w:color w:val="FFFFFF"/>
                <w:sz w:val="19"/>
              </w:rPr>
              <w:t>Miejscowość</w:t>
            </w:r>
            <w:proofErr w:type="spellEnd"/>
            <w:r>
              <w:rPr>
                <w:rFonts w:ascii="Calibri" w:hAnsi="Calibri"/>
                <w:b/>
                <w:color w:val="FFFFFF"/>
                <w:sz w:val="19"/>
              </w:rPr>
              <w:t xml:space="preserve"> </w:t>
            </w:r>
            <w:proofErr w:type="spellStart"/>
            <w:r>
              <w:rPr>
                <w:rFonts w:ascii="Calibri" w:hAnsi="Calibri"/>
                <w:b/>
                <w:color w:val="FFFFFF"/>
                <w:sz w:val="19"/>
              </w:rPr>
              <w:t>i</w:t>
            </w:r>
            <w:proofErr w:type="spellEnd"/>
            <w:r>
              <w:rPr>
                <w:rFonts w:ascii="Calibri" w:hAnsi="Calibri"/>
                <w:b/>
                <w:color w:val="FFFFFF"/>
                <w:sz w:val="19"/>
              </w:rPr>
              <w:t xml:space="preserve"> data</w:t>
            </w:r>
          </w:p>
        </w:tc>
        <w:tc>
          <w:tcPr>
            <w:tcW w:w="7258" w:type="dxa"/>
            <w:tcBorders>
              <w:top w:val="single" w:sz="8" w:space="0" w:color="D7E3F1"/>
              <w:left w:val="single" w:sz="8" w:space="0" w:color="D7E3F1"/>
              <w:bottom w:val="single" w:sz="8" w:space="0" w:color="D7E3F1"/>
              <w:right w:val="single" w:sz="8" w:space="0" w:color="D7E3F1"/>
            </w:tcBorders>
            <w:shd w:val="clear" w:color="auto" w:fill="EEF6E8"/>
          </w:tcPr>
          <w:p w14:paraId="358707F3" w14:textId="77777777" w:rsidR="0010582B" w:rsidRDefault="0044294B">
            <w:pPr>
              <w:spacing w:before="120" w:after="120" w:line="240" w:lineRule="auto"/>
            </w:pPr>
            <w:r>
              <w:rPr>
                <w:rFonts w:ascii="Calibri" w:hAnsi="Calibri"/>
                <w:color w:val="2D2F3A"/>
                <w:sz w:val="21"/>
              </w:rPr>
              <w:t xml:space="preserve"> </w:t>
            </w:r>
          </w:p>
        </w:tc>
      </w:tr>
      <w:tr w:rsidR="0010582B" w14:paraId="0A0B5B98" w14:textId="77777777">
        <w:trPr>
          <w:cantSplit/>
          <w:jc w:val="center"/>
        </w:trPr>
        <w:tc>
          <w:tcPr>
            <w:tcW w:w="2268" w:type="dxa"/>
            <w:tcBorders>
              <w:top w:val="single" w:sz="8" w:space="0" w:color="D7E3F1"/>
              <w:left w:val="single" w:sz="8" w:space="0" w:color="D7E3F1"/>
              <w:bottom w:val="single" w:sz="8" w:space="0" w:color="D7E3F1"/>
              <w:right w:val="single" w:sz="8" w:space="0" w:color="D7E3F1"/>
            </w:tcBorders>
            <w:shd w:val="clear" w:color="auto" w:fill="5B922E"/>
          </w:tcPr>
          <w:p w14:paraId="39D47F60" w14:textId="77777777" w:rsidR="0010582B" w:rsidRDefault="0044294B">
            <w:pPr>
              <w:spacing w:before="60" w:after="60" w:line="240" w:lineRule="auto"/>
            </w:pPr>
            <w:r>
              <w:rPr>
                <w:rFonts w:ascii="Calibri" w:hAnsi="Calibri"/>
                <w:b/>
                <w:color w:val="FFFFFF"/>
                <w:sz w:val="19"/>
              </w:rPr>
              <w:t>Podpis osoby upoważnionej</w:t>
            </w:r>
          </w:p>
        </w:tc>
        <w:tc>
          <w:tcPr>
            <w:tcW w:w="7258" w:type="dxa"/>
            <w:tcBorders>
              <w:top w:val="single" w:sz="8" w:space="0" w:color="D7E3F1"/>
              <w:left w:val="single" w:sz="8" w:space="0" w:color="D7E3F1"/>
              <w:bottom w:val="single" w:sz="8" w:space="0" w:color="D7E3F1"/>
              <w:right w:val="single" w:sz="8" w:space="0" w:color="D7E3F1"/>
            </w:tcBorders>
            <w:shd w:val="clear" w:color="auto" w:fill="EEF6E8"/>
          </w:tcPr>
          <w:p w14:paraId="282762F0" w14:textId="77777777" w:rsidR="0010582B" w:rsidRDefault="0044294B">
            <w:pPr>
              <w:spacing w:before="120" w:after="120" w:line="240" w:lineRule="auto"/>
            </w:pPr>
            <w:r>
              <w:rPr>
                <w:rFonts w:ascii="Calibri" w:hAnsi="Calibri"/>
                <w:color w:val="2D2F3A"/>
                <w:sz w:val="21"/>
              </w:rPr>
              <w:t xml:space="preserve"> </w:t>
            </w:r>
          </w:p>
        </w:tc>
      </w:tr>
    </w:tbl>
    <w:p w14:paraId="70C597DA" w14:textId="77777777" w:rsidR="0010582B" w:rsidRDefault="0010582B">
      <w:pPr>
        <w:spacing w:after="20"/>
      </w:pPr>
    </w:p>
    <w:p w14:paraId="675F8AE4" w14:textId="7DF95F84" w:rsidR="0010582B" w:rsidRDefault="0044294B">
      <w:pPr>
        <w:spacing w:before="80" w:after="80" w:line="240" w:lineRule="auto"/>
      </w:pPr>
      <w:proofErr w:type="gramStart"/>
      <w:r>
        <w:rPr>
          <w:rFonts w:ascii="Calibri" w:hAnsi="Calibri"/>
          <w:b/>
          <w:color w:val="D77A1F"/>
          <w:sz w:val="23"/>
        </w:rPr>
        <w:t xml:space="preserve">RODO </w:t>
      </w:r>
      <w:r w:rsidR="002C6FAE">
        <w:rPr>
          <w:rFonts w:ascii="Calibri" w:hAnsi="Calibri"/>
          <w:b/>
          <w:color w:val="D77A1F"/>
          <w:sz w:val="23"/>
        </w:rPr>
        <w:t xml:space="preserve"> </w:t>
      </w:r>
      <w:proofErr w:type="spellStart"/>
      <w:r>
        <w:rPr>
          <w:rFonts w:ascii="Calibri" w:hAnsi="Calibri"/>
          <w:b/>
          <w:color w:val="2D2F3A"/>
          <w:sz w:val="23"/>
        </w:rPr>
        <w:t>Klauzula</w:t>
      </w:r>
      <w:proofErr w:type="spellEnd"/>
      <w:proofErr w:type="gramEnd"/>
      <w:r>
        <w:rPr>
          <w:rFonts w:ascii="Calibri" w:hAnsi="Calibri"/>
          <w:b/>
          <w:color w:val="2D2F3A"/>
          <w:sz w:val="23"/>
        </w:rPr>
        <w:t xml:space="preserve"> </w:t>
      </w:r>
      <w:proofErr w:type="spellStart"/>
      <w:r>
        <w:rPr>
          <w:rFonts w:ascii="Calibri" w:hAnsi="Calibri"/>
          <w:b/>
          <w:color w:val="2D2F3A"/>
          <w:sz w:val="23"/>
        </w:rPr>
        <w:t>informacyjna</w:t>
      </w:r>
      <w:proofErr w:type="spellEnd"/>
    </w:p>
    <w:tbl>
      <w:tblPr>
        <w:tblW w:w="0" w:type="auto"/>
        <w:jc w:val="center"/>
        <w:tblLook w:val="04A0" w:firstRow="1" w:lastRow="0" w:firstColumn="1" w:lastColumn="0" w:noHBand="0" w:noVBand="1"/>
      </w:tblPr>
      <w:tblGrid>
        <w:gridCol w:w="10462"/>
      </w:tblGrid>
      <w:tr w:rsidR="0010582B" w14:paraId="04DF2ABD" w14:textId="77777777">
        <w:trPr>
          <w:cantSplit/>
          <w:jc w:val="center"/>
        </w:trPr>
        <w:tc>
          <w:tcPr>
            <w:tcW w:w="10482" w:type="dxa"/>
            <w:tcBorders>
              <w:top w:val="single" w:sz="8" w:space="0" w:color="D7E3F1"/>
              <w:left w:val="single" w:sz="8" w:space="0" w:color="D7E3F1"/>
              <w:bottom w:val="single" w:sz="8" w:space="0" w:color="D7E3F1"/>
              <w:right w:val="single" w:sz="8" w:space="0" w:color="D7E3F1"/>
            </w:tcBorders>
            <w:shd w:val="clear" w:color="auto" w:fill="FAF0E3"/>
          </w:tcPr>
          <w:p w14:paraId="5760410A" w14:textId="77777777" w:rsidR="0010582B" w:rsidRPr="00B70DC7" w:rsidRDefault="0044294B">
            <w:pPr>
              <w:spacing w:after="40" w:line="240" w:lineRule="auto"/>
              <w:rPr>
                <w:lang w:val="pl-PL"/>
              </w:rPr>
            </w:pPr>
            <w:r w:rsidRPr="00B70DC7">
              <w:rPr>
                <w:rFonts w:ascii="Calibri" w:hAnsi="Calibri"/>
                <w:color w:val="2D2F3A"/>
                <w:sz w:val="16"/>
                <w:lang w:val="pl-PL"/>
              </w:rPr>
              <w:t>Administratorem danych osobowych jest Stowarzyszenie LOT „Szlak Niematerialnego Dziedzictwa Kulturowego w Polsce”. Kontakt z Administratorem jest możliwy za pośrednictwem adresu e-mail: biuro@szlakpolskichtradycji.pl.</w:t>
            </w:r>
          </w:p>
          <w:p w14:paraId="22AC1246" w14:textId="77777777" w:rsidR="0010582B" w:rsidRPr="00B70DC7" w:rsidRDefault="0044294B">
            <w:pPr>
              <w:spacing w:after="40" w:line="240" w:lineRule="auto"/>
              <w:rPr>
                <w:lang w:val="pl-PL"/>
              </w:rPr>
            </w:pPr>
            <w:r w:rsidRPr="00B70DC7">
              <w:rPr>
                <w:rFonts w:ascii="Calibri" w:hAnsi="Calibri"/>
                <w:color w:val="2D2F3A"/>
                <w:sz w:val="16"/>
                <w:lang w:val="pl-PL"/>
              </w:rPr>
              <w:t>Dane osobowe będą przetwarzane w celu przyjęcia i obsługi zgłoszenia, organizacji i realizacji szkolenia, kontaktu z uczestnikami i zgłaszającą instytucją, wystawienia dokumentów księgowych oraz rozliczenia szkolenia.</w:t>
            </w:r>
          </w:p>
          <w:p w14:paraId="3E45C1A6" w14:textId="77777777" w:rsidR="0010582B" w:rsidRPr="00B70DC7" w:rsidRDefault="0044294B">
            <w:pPr>
              <w:spacing w:after="40" w:line="240" w:lineRule="auto"/>
              <w:rPr>
                <w:lang w:val="pl-PL"/>
              </w:rPr>
            </w:pPr>
            <w:r w:rsidRPr="00B70DC7">
              <w:rPr>
                <w:rFonts w:ascii="Calibri" w:hAnsi="Calibri"/>
                <w:color w:val="2D2F3A"/>
                <w:sz w:val="16"/>
                <w:lang w:val="pl-PL"/>
              </w:rPr>
              <w:t>Podstawą przetwarzania danych będzie, odpowiednio do celu i charakteru danych: art. 6 ust. 1 lit. b RODO – w zakresie niezbędnym do podjęcia działań związanych z udziałem w szkoleniu i jego realizacją; art. 6 ust. 1 lit. c RODO – w zakresie obowiązków prawnych ciążących na Administratorze, w szczególności dotyczących dokumentacji księgowej i rozliczeń; art. 6 ust. 1 lit. f RODO – w zakresie prawnie uzasadnionego interesu Administratora polegającego na organizacji szkolenia, zapewnieniu komunikacji z osobami wskazanymi przez zgłaszającą JST lub instytucję oraz dochodzeniu lub obronie ewentualnych roszczeń.</w:t>
            </w:r>
          </w:p>
          <w:p w14:paraId="1522DC51" w14:textId="77777777" w:rsidR="0010582B" w:rsidRPr="00B70DC7" w:rsidRDefault="0044294B">
            <w:pPr>
              <w:spacing w:after="40" w:line="240" w:lineRule="auto"/>
              <w:rPr>
                <w:lang w:val="pl-PL"/>
              </w:rPr>
            </w:pPr>
            <w:r w:rsidRPr="00B70DC7">
              <w:rPr>
                <w:rFonts w:ascii="Calibri" w:hAnsi="Calibri"/>
                <w:color w:val="2D2F3A"/>
                <w:sz w:val="16"/>
                <w:lang w:val="pl-PL"/>
              </w:rPr>
              <w:t>Jeżeli dane uczestnika nie zostały przekazane bezpośrednio przez niego, ich źródłem jest JST, instytucja lub osoba dokonująca zgłoszenia uczestnika na szkolenie.</w:t>
            </w:r>
          </w:p>
          <w:p w14:paraId="756ACF30" w14:textId="77777777" w:rsidR="0010582B" w:rsidRPr="00B70DC7" w:rsidRDefault="0044294B">
            <w:pPr>
              <w:spacing w:after="40" w:line="240" w:lineRule="auto"/>
              <w:rPr>
                <w:lang w:val="pl-PL"/>
              </w:rPr>
            </w:pPr>
            <w:r w:rsidRPr="00B70DC7">
              <w:rPr>
                <w:rFonts w:ascii="Calibri" w:hAnsi="Calibri"/>
                <w:color w:val="2D2F3A"/>
                <w:sz w:val="16"/>
                <w:lang w:val="pl-PL"/>
              </w:rPr>
              <w:t>Dane osobowe będą przechowywane przez okres niezbędny do organizacji i rozliczenia szkolenia, a następnie przez okres wymagany właściwymi przepisami prawa oraz – w zakresie, w jakim jest to niezbędne – do czasu upływu terminów przedawnienia ewentualnych roszczeń.</w:t>
            </w:r>
          </w:p>
          <w:p w14:paraId="1D9B5462" w14:textId="77777777" w:rsidR="0010582B" w:rsidRPr="00B70DC7" w:rsidRDefault="0044294B">
            <w:pPr>
              <w:spacing w:after="40" w:line="240" w:lineRule="auto"/>
              <w:rPr>
                <w:lang w:val="pl-PL"/>
              </w:rPr>
            </w:pPr>
            <w:r w:rsidRPr="00B70DC7">
              <w:rPr>
                <w:rFonts w:ascii="Calibri" w:hAnsi="Calibri"/>
                <w:color w:val="2D2F3A"/>
                <w:sz w:val="16"/>
                <w:lang w:val="pl-PL"/>
              </w:rPr>
              <w:t>Dane mogą być przekazywane podmiotom uprawnionym do ich otrzymania na podstawie przepisów prawa oraz podmiotom świadczącym na rzecz Administratora usługi niezbędne do organizacji i rozliczenia szkolenia – wyłącznie w zakresie koniecznym do realizacji tych zadań.</w:t>
            </w:r>
          </w:p>
          <w:p w14:paraId="6B00F576" w14:textId="77777777" w:rsidR="0010582B" w:rsidRPr="00B70DC7" w:rsidRDefault="0044294B">
            <w:pPr>
              <w:spacing w:after="40" w:line="240" w:lineRule="auto"/>
              <w:rPr>
                <w:lang w:val="pl-PL"/>
              </w:rPr>
            </w:pPr>
            <w:r w:rsidRPr="00B70DC7">
              <w:rPr>
                <w:rFonts w:ascii="Calibri" w:hAnsi="Calibri"/>
                <w:color w:val="2D2F3A"/>
                <w:sz w:val="16"/>
                <w:lang w:val="pl-PL"/>
              </w:rPr>
              <w:t>Osobie, której dane dotyczą, przysługuje – w zakresie wynikającym z RODO – prawo dostępu do swoich danych, ich sprostowania, usunięcia, ograniczenia przetwarzania, wniesienia sprzeciwu oraz prawo wniesienia skargi do Prezesa Urzędu Ochrony Danych Osobowych. Zakres poszczególnych praw zależy m.in. od podstawy prawnej przetwarzania.</w:t>
            </w:r>
          </w:p>
          <w:p w14:paraId="1ED5A31C" w14:textId="77777777" w:rsidR="0010582B" w:rsidRDefault="0044294B">
            <w:pPr>
              <w:spacing w:after="40" w:line="240" w:lineRule="auto"/>
            </w:pPr>
            <w:r w:rsidRPr="00B70DC7">
              <w:rPr>
                <w:rFonts w:ascii="Calibri" w:hAnsi="Calibri"/>
                <w:color w:val="2D2F3A"/>
                <w:sz w:val="16"/>
                <w:lang w:val="pl-PL"/>
              </w:rPr>
              <w:t xml:space="preserve">Podanie danych niezbędnych do obsługi zgłoszenia jest konieczne do udziału w szkoleniu. </w:t>
            </w:r>
            <w:r w:rsidRPr="002C6FAE">
              <w:rPr>
                <w:rFonts w:ascii="Calibri" w:hAnsi="Calibri"/>
                <w:color w:val="2D2F3A"/>
                <w:sz w:val="16"/>
                <w:lang w:val="pl-PL"/>
              </w:rPr>
              <w:t>Podanie danych oznaczonych jako</w:t>
            </w:r>
            <w:r>
              <w:rPr>
                <w:rFonts w:ascii="Calibri" w:hAnsi="Calibri"/>
                <w:color w:val="2D2F3A"/>
                <w:sz w:val="16"/>
              </w:rPr>
              <w:t xml:space="preserve"> opcjonalne jest dobrowolne.</w:t>
            </w:r>
          </w:p>
        </w:tc>
      </w:tr>
    </w:tbl>
    <w:p w14:paraId="007745AB" w14:textId="5B0632CF" w:rsidR="0010582B" w:rsidRPr="00B70DC7" w:rsidRDefault="0010582B">
      <w:pPr>
        <w:spacing w:before="100" w:after="0" w:line="240" w:lineRule="auto"/>
        <w:rPr>
          <w:lang w:val="pl-PL"/>
        </w:rPr>
      </w:pPr>
    </w:p>
    <w:sectPr w:rsidR="0010582B" w:rsidRPr="00B70DC7" w:rsidSect="00034616">
      <w:pgSz w:w="12240" w:h="15840"/>
      <w:pgMar w:top="709" w:right="879" w:bottom="70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9285899">
    <w:abstractNumId w:val="8"/>
  </w:num>
  <w:num w:numId="2" w16cid:durableId="1634553175">
    <w:abstractNumId w:val="6"/>
  </w:num>
  <w:num w:numId="3" w16cid:durableId="1484465174">
    <w:abstractNumId w:val="5"/>
  </w:num>
  <w:num w:numId="4" w16cid:durableId="912616555">
    <w:abstractNumId w:val="4"/>
  </w:num>
  <w:num w:numId="5" w16cid:durableId="1197081976">
    <w:abstractNumId w:val="7"/>
  </w:num>
  <w:num w:numId="6" w16cid:durableId="647780995">
    <w:abstractNumId w:val="3"/>
  </w:num>
  <w:num w:numId="7" w16cid:durableId="1221795087">
    <w:abstractNumId w:val="2"/>
  </w:num>
  <w:num w:numId="8" w16cid:durableId="877401454">
    <w:abstractNumId w:val="1"/>
  </w:num>
  <w:num w:numId="9" w16cid:durableId="164403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582B"/>
    <w:rsid w:val="0015074B"/>
    <w:rsid w:val="0029639D"/>
    <w:rsid w:val="002C6FAE"/>
    <w:rsid w:val="00326F90"/>
    <w:rsid w:val="0044294B"/>
    <w:rsid w:val="004515D8"/>
    <w:rsid w:val="004F7E59"/>
    <w:rsid w:val="006C2750"/>
    <w:rsid w:val="007A708F"/>
    <w:rsid w:val="00AA1D8D"/>
    <w:rsid w:val="00B262DD"/>
    <w:rsid w:val="00B47730"/>
    <w:rsid w:val="00B70DC7"/>
    <w:rsid w:val="00CB0664"/>
    <w:rsid w:val="00D12E05"/>
    <w:rsid w:val="00D62A6E"/>
    <w:rsid w:val="00DD5B9D"/>
    <w:rsid w:val="00E1600E"/>
    <w:rsid w:val="00EB2F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6C11A47-CDAD-4491-956C-F9215130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Andrzej Szoszkiewicz</cp:lastModifiedBy>
  <cp:revision>5</cp:revision>
  <dcterms:created xsi:type="dcterms:W3CDTF">2026-08-09T20:11:00Z</dcterms:created>
  <dcterms:modified xsi:type="dcterms:W3CDTF">2026-08-17T09:22:00Z</dcterms:modified>
  <cp:category/>
</cp:coreProperties>
</file>